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AA0BF" w14:textId="77777777" w:rsidR="003D12B9" w:rsidRDefault="000C5FD7">
      <w:pPr>
        <w:pStyle w:val="Heading1"/>
      </w:pPr>
      <w:r>
        <w:t>Identifying ESP Leaders – Training Handout</w:t>
      </w:r>
    </w:p>
    <w:p w14:paraId="4300DD08" w14:textId="18811CB0" w:rsidR="00600ED3" w:rsidRDefault="000C5FD7">
      <w:r>
        <w:t xml:space="preserve">Contact 1 </w:t>
      </w:r>
      <w:r>
        <w:br/>
        <w:t xml:space="preserve">Sabine Cirila </w:t>
      </w:r>
      <w:r>
        <w:br/>
        <w:t xml:space="preserve">Position: Bus Driver </w:t>
      </w:r>
      <w:r>
        <w:br/>
        <w:t xml:space="preserve">Time at worksite: 18 </w:t>
      </w:r>
      <w:r>
        <w:br/>
        <w:t xml:space="preserve">Issues: After 17 years </w:t>
      </w:r>
      <w:r w:rsidR="00600ED3">
        <w:t xml:space="preserve">driving a regular, main student pick-up route, </w:t>
      </w:r>
      <w:r>
        <w:t xml:space="preserve">Sabine has been moved to </w:t>
      </w:r>
      <w:r w:rsidR="00600ED3">
        <w:t>rotating routes as assigned</w:t>
      </w:r>
      <w:r>
        <w:t xml:space="preserve"> with no explanatio</w:t>
      </w:r>
      <w:r w:rsidR="00600ED3">
        <w:t xml:space="preserve">n why </w:t>
      </w:r>
      <w:r>
        <w:t xml:space="preserve">she is being pushed out. </w:t>
      </w:r>
      <w:r>
        <w:br/>
        <w:t xml:space="preserve"> </w:t>
      </w:r>
      <w:r>
        <w:br/>
        <w:t xml:space="preserve"> </w:t>
      </w:r>
      <w:r>
        <w:br/>
        <w:t>I have no idea who people admire</w:t>
      </w:r>
      <w:r w:rsidR="00600ED3">
        <w:t xml:space="preserve"> - </w:t>
      </w:r>
      <w:r>
        <w:t>it's d</w:t>
      </w:r>
      <w:r w:rsidR="00600ED3">
        <w:t>efi</w:t>
      </w:r>
      <w:r>
        <w:t xml:space="preserve">nitely </w:t>
      </w:r>
      <w:r>
        <w:br/>
        <w:t xml:space="preserve">not me. No one really notices how I feel. I'm just </w:t>
      </w:r>
      <w:r>
        <w:br/>
        <w:t xml:space="preserve">the one who they call when they need to </w:t>
      </w:r>
      <w:r>
        <w:br/>
        <w:t xml:space="preserve">organize a team lunch or work party. </w:t>
      </w:r>
      <w:r>
        <w:br/>
        <w:t>They give us a call tree with everyone</w:t>
      </w:r>
      <w:r w:rsidR="00600ED3">
        <w:t>’</w:t>
      </w:r>
      <w:r>
        <w:t xml:space="preserve">s </w:t>
      </w:r>
      <w:r>
        <w:br/>
        <w:t>number every year. I don</w:t>
      </w:r>
      <w:r w:rsidR="00600ED3">
        <w:t>’</w:t>
      </w:r>
      <w:r>
        <w:t xml:space="preserve">t mind sharing it with you. </w:t>
      </w:r>
    </w:p>
    <w:p w14:paraId="4716278A" w14:textId="77777777" w:rsidR="00600ED3" w:rsidRDefault="000C5FD7">
      <w:r>
        <w:br/>
        <w:t xml:space="preserve">I'm keeping an eye out for the right </w:t>
      </w:r>
      <w:r>
        <w:br/>
        <w:t>opportunity, and when it shows up, I</w:t>
      </w:r>
      <w:r w:rsidR="00600ED3">
        <w:t>’</w:t>
      </w:r>
      <w:r>
        <w:t xml:space="preserve">ll </w:t>
      </w:r>
      <w:r>
        <w:br/>
        <w:t xml:space="preserve">be ready to move on. For now, I·m just </w:t>
      </w:r>
      <w:r>
        <w:br/>
        <w:t xml:space="preserve">staying professional and keeping </w:t>
      </w:r>
      <w:r>
        <w:br/>
        <w:t xml:space="preserve">things smooth. </w:t>
      </w:r>
    </w:p>
    <w:p w14:paraId="74906167" w14:textId="77777777" w:rsidR="00600ED3" w:rsidRDefault="000C5FD7">
      <w:r>
        <w:br/>
        <w:t xml:space="preserve">Romeo Guiterrez is a real </w:t>
      </w:r>
      <w:r w:rsidR="00600ED3">
        <w:t>fi</w:t>
      </w:r>
      <w:r>
        <w:t xml:space="preserve">ghter but sometimes </w:t>
      </w:r>
      <w:r>
        <w:br/>
        <w:t xml:space="preserve">it seems he only cares about himself. Romeo is </w:t>
      </w:r>
      <w:r>
        <w:br/>
        <w:t>one of the new</w:t>
      </w:r>
      <w:r w:rsidR="00600ED3">
        <w:t xml:space="preserve"> custodians</w:t>
      </w:r>
      <w:r>
        <w:t xml:space="preserve"> with lots of energy, but </w:t>
      </w:r>
      <w:r>
        <w:br/>
        <w:t xml:space="preserve">he also likes to party a lot. </w:t>
      </w:r>
    </w:p>
    <w:p w14:paraId="29145FB3" w14:textId="63BB0379" w:rsidR="00600ED3" w:rsidRDefault="000C5FD7">
      <w:r>
        <w:br/>
        <w:t xml:space="preserve">You should talk to Feng Dalitso. </w:t>
      </w:r>
      <w:r w:rsidR="00B820B4">
        <w:t xml:space="preserve"> He is a classroom based </w:t>
      </w:r>
      <w:r w:rsidR="00B820B4">
        <w:br/>
      </w:r>
      <w:proofErr w:type="gramStart"/>
      <w:r w:rsidR="00B820B4">
        <w:t>Para Professional</w:t>
      </w:r>
      <w:proofErr w:type="gramEnd"/>
      <w:r w:rsidR="00B820B4">
        <w:t xml:space="preserve"> that rides with a couple of the students </w:t>
      </w:r>
      <w:r w:rsidR="00B820B4">
        <w:br/>
        <w:t xml:space="preserve">from time to time.  </w:t>
      </w:r>
      <w:r>
        <w:t xml:space="preserve">Feng is a real leader with some </w:t>
      </w:r>
      <w:r>
        <w:br/>
        <w:t>innovative ideas.</w:t>
      </w:r>
    </w:p>
    <w:p w14:paraId="685FAC1A" w14:textId="50E63EA8" w:rsidR="003D12B9" w:rsidRDefault="000C5FD7">
      <w:r>
        <w:br/>
        <w:t xml:space="preserve">I have a lot of respect for Vanessa </w:t>
      </w:r>
      <w:r>
        <w:br/>
        <w:t>Cole</w:t>
      </w:r>
      <w:r w:rsidR="00600ED3">
        <w:t xml:space="preserve"> over in the main office in the mail room</w:t>
      </w:r>
      <w:r>
        <w:t xml:space="preserve">. </w:t>
      </w:r>
      <w:r w:rsidR="00600ED3">
        <w:br/>
      </w:r>
      <w:r>
        <w:t>She</w:t>
      </w:r>
      <w:r w:rsidR="00600ED3">
        <w:t>’</w:t>
      </w:r>
      <w:r>
        <w:t xml:space="preserve">s dependable, stands with </w:t>
      </w:r>
      <w:r>
        <w:br/>
        <w:t xml:space="preserve">her coworkers, and always follows </w:t>
      </w:r>
      <w:r>
        <w:br/>
        <w:t>through when it counts. She</w:t>
      </w:r>
      <w:r w:rsidR="00600ED3">
        <w:t>’</w:t>
      </w:r>
      <w:r>
        <w:t xml:space="preserve">s </w:t>
      </w:r>
      <w:r>
        <w:br/>
        <w:t xml:space="preserve">someone you want on your side. </w:t>
      </w:r>
      <w:r>
        <w:br/>
      </w:r>
      <w:r>
        <w:br w:type="page"/>
      </w:r>
    </w:p>
    <w:p w14:paraId="5716F722" w14:textId="77777777" w:rsidR="00600ED3" w:rsidRDefault="000C5FD7">
      <w:r>
        <w:lastRenderedPageBreak/>
        <w:t xml:space="preserve">Contact 2 </w:t>
      </w:r>
      <w:r>
        <w:br/>
        <w:t xml:space="preserve">Romeo Gutierrez </w:t>
      </w:r>
      <w:r>
        <w:br/>
        <w:t xml:space="preserve">Position: Custodian </w:t>
      </w:r>
      <w:r>
        <w:br/>
        <w:t xml:space="preserve">Time at worksite: 4 years </w:t>
      </w:r>
      <w:r>
        <w:br/>
        <w:t xml:space="preserve">Issues: Not enough break time for </w:t>
      </w:r>
      <w:r w:rsidR="00600ED3">
        <w:t>custodial staff when students are in session</w:t>
      </w:r>
      <w:r>
        <w:t xml:space="preserve"> and </w:t>
      </w:r>
      <w:r w:rsidR="00600ED3">
        <w:t xml:space="preserve">the size of buildings is too large to complete all the required tasks. </w:t>
      </w:r>
    </w:p>
    <w:p w14:paraId="07F3EB53" w14:textId="33DD97D8" w:rsidR="00600ED3" w:rsidRDefault="000C5FD7">
      <w:r>
        <w:t xml:space="preserve"> </w:t>
      </w:r>
      <w:r>
        <w:br/>
        <w:t xml:space="preserve"> We deserve power, and we deserve respect. </w:t>
      </w:r>
      <w:r>
        <w:br/>
        <w:t xml:space="preserve">It's long past time someone started </w:t>
      </w:r>
      <w:r>
        <w:br/>
        <w:t>listening. I</w:t>
      </w:r>
      <w:r w:rsidR="00600ED3">
        <w:t>’</w:t>
      </w:r>
      <w:r>
        <w:t>ve been talking with others</w:t>
      </w:r>
      <w:r w:rsidR="00600ED3">
        <w:t xml:space="preserve"> -</w:t>
      </w:r>
      <w:r>
        <w:br/>
        <w:t>they</w:t>
      </w:r>
      <w:r w:rsidR="00600ED3">
        <w:t>’</w:t>
      </w:r>
      <w:r>
        <w:t xml:space="preserve">re feeling the same way. </w:t>
      </w:r>
    </w:p>
    <w:p w14:paraId="2ADE0D20" w14:textId="77777777" w:rsidR="00600ED3" w:rsidRDefault="000C5FD7">
      <w:r>
        <w:t xml:space="preserve">I told the supervisor how exhausted I am by the </w:t>
      </w:r>
      <w:r>
        <w:br/>
        <w:t xml:space="preserve">end of the day, and she just shrugged like it </w:t>
      </w:r>
      <w:r>
        <w:br/>
        <w:t>didn</w:t>
      </w:r>
      <w:r w:rsidR="00600ED3">
        <w:t>’</w:t>
      </w:r>
      <w:r>
        <w:t>t matter. That was it for me. I</w:t>
      </w:r>
      <w:r w:rsidR="00600ED3">
        <w:t>’</w:t>
      </w:r>
      <w:r>
        <w:t xml:space="preserve">m done </w:t>
      </w:r>
      <w:r>
        <w:br/>
        <w:t>staying quiet. I</w:t>
      </w:r>
      <w:r w:rsidR="00600ED3">
        <w:t>’</w:t>
      </w:r>
      <w:r>
        <w:t>ve reached my limit, and I won</w:t>
      </w:r>
      <w:r w:rsidR="00600ED3">
        <w:t>’</w:t>
      </w:r>
      <w:r>
        <w:t xml:space="preserve">t </w:t>
      </w:r>
      <w:r>
        <w:br/>
        <w:t xml:space="preserve">stay silent or stand down anymore. </w:t>
      </w:r>
    </w:p>
    <w:p w14:paraId="345767C0" w14:textId="42DA24C8" w:rsidR="00600ED3" w:rsidRDefault="000C5FD7">
      <w:r>
        <w:br/>
        <w:t>I</w:t>
      </w:r>
      <w:r w:rsidR="00600ED3">
        <w:t>’</w:t>
      </w:r>
      <w:r>
        <w:t xml:space="preserve">ve been talking mostly with the </w:t>
      </w:r>
      <w:r>
        <w:br/>
        <w:t xml:space="preserve">younger </w:t>
      </w:r>
      <w:r w:rsidR="00600ED3">
        <w:t>custodians in other buildings</w:t>
      </w:r>
      <w:r>
        <w:t>. As for names, I</w:t>
      </w:r>
      <w:r w:rsidR="00600ED3">
        <w:t>’</w:t>
      </w:r>
      <w:r>
        <w:t xml:space="preserve">m </w:t>
      </w:r>
      <w:r>
        <w:br/>
        <w:t xml:space="preserve">not giving those out without </w:t>
      </w:r>
      <w:proofErr w:type="gramStart"/>
      <w:r>
        <w:t>checking with</w:t>
      </w:r>
      <w:proofErr w:type="gramEnd"/>
      <w:r>
        <w:t xml:space="preserve"> them </w:t>
      </w:r>
      <w:r w:rsidR="00600ED3">
        <w:t>fi</w:t>
      </w:r>
      <w:r>
        <w:t xml:space="preserve">rst. </w:t>
      </w:r>
      <w:r w:rsidR="00600ED3">
        <w:br/>
      </w:r>
      <w:r>
        <w:t>We look out for each other, and I</w:t>
      </w:r>
      <w:r w:rsidR="00600ED3">
        <w:t>’</w:t>
      </w:r>
      <w:r>
        <w:t xml:space="preserve">m not putting anyone on </w:t>
      </w:r>
      <w:r>
        <w:br/>
        <w:t xml:space="preserve">the spot without their </w:t>
      </w:r>
      <w:proofErr w:type="gramStart"/>
      <w:r>
        <w:t>say</w:t>
      </w:r>
      <w:proofErr w:type="gramEnd"/>
      <w:r>
        <w:t xml:space="preserve">. </w:t>
      </w:r>
    </w:p>
    <w:p w14:paraId="47B0AA32" w14:textId="4E8CDA02" w:rsidR="00600ED3" w:rsidRDefault="000C5FD7">
      <w:r>
        <w:br/>
        <w:t xml:space="preserve">Vanessa Cole is one of the </w:t>
      </w:r>
      <w:r>
        <w:br/>
        <w:t xml:space="preserve">veteran education support professionals </w:t>
      </w:r>
      <w:r w:rsidR="00600ED3">
        <w:t xml:space="preserve">in the mail room </w:t>
      </w:r>
      <w:r w:rsidR="00600ED3">
        <w:br/>
      </w:r>
      <w:r>
        <w:t xml:space="preserve">that listens when a new idea comes up </w:t>
      </w:r>
      <w:r>
        <w:br/>
        <w:t>without immediate shooting it down.</w:t>
      </w:r>
    </w:p>
    <w:p w14:paraId="05D31294" w14:textId="77777777" w:rsidR="00600ED3" w:rsidRDefault="000C5FD7">
      <w:r>
        <w:t xml:space="preserve"> I haven</w:t>
      </w:r>
      <w:r w:rsidR="00600ED3">
        <w:t>’</w:t>
      </w:r>
      <w:r>
        <w:t xml:space="preserve">t spent much time with </w:t>
      </w:r>
      <w:proofErr w:type="gramStart"/>
      <w:r>
        <w:t>her</w:t>
      </w:r>
      <w:proofErr w:type="gramEnd"/>
      <w:r>
        <w:t xml:space="preserve"> but I know her </w:t>
      </w:r>
      <w:r>
        <w:br/>
        <w:t xml:space="preserve">door is always open for those of </w:t>
      </w:r>
      <w:r>
        <w:br/>
        <w:t xml:space="preserve">us who are new here. </w:t>
      </w:r>
    </w:p>
    <w:p w14:paraId="5D3A70C9" w14:textId="77777777" w:rsidR="00600ED3" w:rsidRDefault="000C5FD7">
      <w:r>
        <w:br/>
        <w:t xml:space="preserve">Be careful of Carla James. People </w:t>
      </w:r>
      <w:r w:rsidR="00600ED3">
        <w:t xml:space="preserve">enjoy </w:t>
      </w:r>
      <w:r>
        <w:t xml:space="preserve">that </w:t>
      </w:r>
      <w:r>
        <w:br/>
        <w:t xml:space="preserve">she speaks her mind, but she is also willing </w:t>
      </w:r>
      <w:r>
        <w:br/>
        <w:t xml:space="preserve">to burn bridges without thought. </w:t>
      </w:r>
    </w:p>
    <w:p w14:paraId="395A5C54" w14:textId="7885365E" w:rsidR="003D12B9" w:rsidRDefault="000C5FD7">
      <w:r>
        <w:br/>
        <w:t xml:space="preserve">You should talk to Feng Dalitso. Feng has been </w:t>
      </w:r>
      <w:r>
        <w:br/>
        <w:t xml:space="preserve">around for a long time. I can ask if Feng will </w:t>
      </w:r>
      <w:r>
        <w:br/>
        <w:t>meet you at a local co</w:t>
      </w:r>
      <w:r w:rsidR="00B820B4">
        <w:t>ff</w:t>
      </w:r>
      <w:r>
        <w:t xml:space="preserve">ee shop after work. </w:t>
      </w:r>
      <w:r>
        <w:br/>
      </w:r>
    </w:p>
    <w:p w14:paraId="37B8469B" w14:textId="77777777" w:rsidR="00B820B4" w:rsidRDefault="000C5FD7">
      <w:r>
        <w:lastRenderedPageBreak/>
        <w:t xml:space="preserve">Contact 3 </w:t>
      </w:r>
      <w:r>
        <w:br/>
        <w:t xml:space="preserve">Feng Dalitso </w:t>
      </w:r>
      <w:r>
        <w:br/>
        <w:t xml:space="preserve">Position: Classroom Paraprofessional </w:t>
      </w:r>
      <w:r>
        <w:br/>
        <w:t xml:space="preserve">Time at worksite: 12 years </w:t>
      </w:r>
      <w:r>
        <w:br/>
        <w:t xml:space="preserve">Issues: The workload is too high. </w:t>
      </w:r>
      <w:r>
        <w:br/>
        <w:t xml:space="preserve"> </w:t>
      </w:r>
      <w:r>
        <w:br/>
        <w:t xml:space="preserve"> </w:t>
      </w:r>
      <w:r>
        <w:br/>
        <w:t>As a paraprofessional I don</w:t>
      </w:r>
      <w:r w:rsidR="00B820B4">
        <w:t>’</w:t>
      </w:r>
      <w:r>
        <w:t xml:space="preserve">t have a </w:t>
      </w:r>
      <w:r>
        <w:br/>
        <w:t>guaranteed position each year. I</w:t>
      </w:r>
      <w:r w:rsidR="00B820B4">
        <w:t>’</w:t>
      </w:r>
      <w:r>
        <w:t xml:space="preserve">m not </w:t>
      </w:r>
      <w:r>
        <w:br/>
        <w:t>getting involved unless I know my job is secure.</w:t>
      </w:r>
    </w:p>
    <w:p w14:paraId="14E11505" w14:textId="77777777" w:rsidR="00B820B4" w:rsidRDefault="000C5FD7">
      <w:r>
        <w:br/>
        <w:t>It</w:t>
      </w:r>
      <w:r w:rsidR="00B820B4">
        <w:t>'</w:t>
      </w:r>
      <w:r>
        <w:t xml:space="preserve">s awful to say, but I have seen so many </w:t>
      </w:r>
      <w:r>
        <w:br/>
        <w:t>good paraprofessionals run o</w:t>
      </w:r>
      <w:r w:rsidR="00B820B4">
        <w:t>ut</w:t>
      </w:r>
      <w:r>
        <w:t xml:space="preserve"> for speaking </w:t>
      </w:r>
      <w:r>
        <w:br/>
        <w:t xml:space="preserve">up. I get angry every time it happens but </w:t>
      </w:r>
      <w:r>
        <w:br/>
        <w:t xml:space="preserve">what can I do about it? </w:t>
      </w:r>
    </w:p>
    <w:p w14:paraId="70D723EF" w14:textId="52E5982A" w:rsidR="00B820B4" w:rsidRDefault="000C5FD7">
      <w:r>
        <w:br/>
        <w:t xml:space="preserve">Sabrine Cirila is a great </w:t>
      </w:r>
      <w:r w:rsidR="00B820B4">
        <w:t xml:space="preserve">bus driver </w:t>
      </w:r>
      <w:r>
        <w:t xml:space="preserve">who really </w:t>
      </w:r>
      <w:r>
        <w:br/>
        <w:t xml:space="preserve">cares about the kids. Padma is fantastic to </w:t>
      </w:r>
      <w:r>
        <w:br/>
        <w:t>work with</w:t>
      </w:r>
      <w:r w:rsidR="00B820B4">
        <w:t xml:space="preserve"> - </w:t>
      </w:r>
      <w:r>
        <w:t xml:space="preserve">knowledgeable, kind, and </w:t>
      </w:r>
      <w:r>
        <w:br/>
        <w:t xml:space="preserve">dependable. I </w:t>
      </w:r>
      <w:proofErr w:type="gramStart"/>
      <w:r>
        <w:t>don·t</w:t>
      </w:r>
      <w:proofErr w:type="gramEnd"/>
      <w:r>
        <w:t xml:space="preserve"> always agree with her </w:t>
      </w:r>
      <w:r>
        <w:br/>
        <w:t xml:space="preserve">but people seem to follow her. </w:t>
      </w:r>
      <w:r w:rsidR="00B820B4">
        <w:br/>
      </w:r>
      <w:r>
        <w:br/>
        <w:t xml:space="preserve">The younger </w:t>
      </w:r>
      <w:r w:rsidR="00B820B4">
        <w:t>custodians</w:t>
      </w:r>
      <w:r>
        <w:t xml:space="preserve"> seem to stick together. They </w:t>
      </w:r>
      <w:r>
        <w:br/>
        <w:t xml:space="preserve">always go to happy </w:t>
      </w:r>
      <w:proofErr w:type="gramStart"/>
      <w:r>
        <w:t>hour</w:t>
      </w:r>
      <w:proofErr w:type="gramEnd"/>
      <w:r>
        <w:t xml:space="preserve"> on Fridays, Romeo </w:t>
      </w:r>
      <w:r>
        <w:br/>
        <w:t xml:space="preserve">Gutierrez organizes that. </w:t>
      </w:r>
    </w:p>
    <w:p w14:paraId="4D2D902F" w14:textId="0108539B" w:rsidR="00B820B4" w:rsidRDefault="000C5FD7">
      <w:r>
        <w:br/>
        <w:t xml:space="preserve">Everyone respects Vanessa Cole. </w:t>
      </w:r>
      <w:r w:rsidR="00B820B4">
        <w:t xml:space="preserve"> </w:t>
      </w:r>
      <w:r>
        <w:t xml:space="preserve">She was education support professional </w:t>
      </w:r>
      <w:r w:rsidR="00B820B4">
        <w:br/>
      </w:r>
      <w:r>
        <w:t xml:space="preserve">of the year last year. I </w:t>
      </w:r>
      <w:proofErr w:type="spellStart"/>
      <w:proofErr w:type="gramStart"/>
      <w:r>
        <w:t>haven·t</w:t>
      </w:r>
      <w:proofErr w:type="spellEnd"/>
      <w:proofErr w:type="gramEnd"/>
      <w:r>
        <w:t xml:space="preserve"> really worked with </w:t>
      </w:r>
      <w:r>
        <w:br/>
        <w:t>her much since I am not in her worksite site</w:t>
      </w:r>
      <w:r w:rsidR="00B820B4">
        <w:t xml:space="preserve">, but I see her when I pick up </w:t>
      </w:r>
      <w:r w:rsidR="00B820B4">
        <w:br/>
        <w:t>notices at the mail room</w:t>
      </w:r>
      <w:r>
        <w:t xml:space="preserve">. </w:t>
      </w:r>
      <w:r w:rsidR="00B820B4">
        <w:t xml:space="preserve"> </w:t>
      </w:r>
    </w:p>
    <w:p w14:paraId="1B3567FA" w14:textId="377C2126" w:rsidR="003D12B9" w:rsidRDefault="000C5FD7">
      <w:r>
        <w:br/>
        <w:t xml:space="preserve">You should also speak to Carla James. </w:t>
      </w:r>
      <w:r w:rsidR="00B820B4">
        <w:t xml:space="preserve"> </w:t>
      </w:r>
      <w:r>
        <w:t xml:space="preserve">She is </w:t>
      </w:r>
      <w:proofErr w:type="gramStart"/>
      <w:r>
        <w:t>no nonsense</w:t>
      </w:r>
      <w:proofErr w:type="gramEnd"/>
      <w:r>
        <w:t xml:space="preserve"> and speaks her </w:t>
      </w:r>
      <w:r>
        <w:br/>
        <w:t xml:space="preserve">mind. Even if it upsets a few at the top. </w:t>
      </w:r>
      <w:r>
        <w:br/>
      </w:r>
      <w:r>
        <w:br/>
      </w:r>
    </w:p>
    <w:p w14:paraId="6D4059E4" w14:textId="77777777" w:rsidR="00B820B4" w:rsidRDefault="000C5FD7">
      <w:r>
        <w:br/>
      </w:r>
    </w:p>
    <w:p w14:paraId="2777F693" w14:textId="77777777" w:rsidR="00B820B4" w:rsidRDefault="00B820B4"/>
    <w:p w14:paraId="02D61544" w14:textId="77777777" w:rsidR="00B820B4" w:rsidRDefault="000C5FD7">
      <w:r>
        <w:lastRenderedPageBreak/>
        <w:t xml:space="preserve">Padma Ram </w:t>
      </w:r>
      <w:r>
        <w:br/>
        <w:t xml:space="preserve">Position: Classroom Paraprofessional </w:t>
      </w:r>
      <w:r>
        <w:br/>
        <w:t xml:space="preserve">Time at </w:t>
      </w:r>
      <w:proofErr w:type="gramStart"/>
      <w:r>
        <w:t>worksite</w:t>
      </w:r>
      <w:proofErr w:type="gramEnd"/>
      <w:r>
        <w:t xml:space="preserve">: 8 years </w:t>
      </w:r>
      <w:r>
        <w:br/>
        <w:t xml:space="preserve">Issues: Pace of work </w:t>
      </w:r>
      <w:r>
        <w:br/>
        <w:t xml:space="preserve"> </w:t>
      </w:r>
      <w:r>
        <w:br/>
        <w:t xml:space="preserve"> </w:t>
      </w:r>
      <w:r>
        <w:br/>
        <w:t xml:space="preserve">Some of the younger folks seem to be more </w:t>
      </w:r>
      <w:r>
        <w:br/>
        <w:t>about having fun, and honestly, I don</w:t>
      </w:r>
      <w:r w:rsidR="00B820B4">
        <w:t>’</w:t>
      </w:r>
      <w:r>
        <w:t xml:space="preserve">t always </w:t>
      </w:r>
      <w:r>
        <w:br/>
        <w:t>catch what they</w:t>
      </w:r>
      <w:r w:rsidR="00B820B4">
        <w:t>’</w:t>
      </w:r>
      <w:r>
        <w:t xml:space="preserve">re talking about. But Leah </w:t>
      </w:r>
      <w:r>
        <w:br/>
        <w:t>Parker is someone I really admire</w:t>
      </w:r>
      <w:r w:rsidR="00B820B4">
        <w:t>. S</w:t>
      </w:r>
      <w:r>
        <w:t>he</w:t>
      </w:r>
      <w:r w:rsidR="00B820B4">
        <w:t>’</w:t>
      </w:r>
      <w:r>
        <w:t xml:space="preserve">s full </w:t>
      </w:r>
      <w:r>
        <w:br/>
        <w:t>of energy and really stands out.</w:t>
      </w:r>
    </w:p>
    <w:p w14:paraId="2D27229B" w14:textId="77777777" w:rsidR="00B820B4" w:rsidRDefault="000C5FD7">
      <w:r>
        <w:br/>
        <w:t>We</w:t>
      </w:r>
      <w:r w:rsidR="00B820B4">
        <w:t>’</w:t>
      </w:r>
      <w:r>
        <w:t xml:space="preserve">re facing some challenges, but I believe if we come </w:t>
      </w:r>
      <w:r>
        <w:br/>
        <w:t>together, we can make a real di</w:t>
      </w:r>
      <w:r w:rsidR="00B820B4">
        <w:t>ff</w:t>
      </w:r>
      <w:r>
        <w:t>erence</w:t>
      </w:r>
      <w:r w:rsidR="00B820B4">
        <w:t xml:space="preserve"> - </w:t>
      </w:r>
      <w:r>
        <w:t xml:space="preserve">even if the </w:t>
      </w:r>
      <w:r w:rsidR="00B820B4">
        <w:t>district management</w:t>
      </w:r>
      <w:r w:rsidR="00B820B4">
        <w:br/>
      </w:r>
      <w:r>
        <w:t>hasn</w:t>
      </w:r>
      <w:r w:rsidR="00B820B4">
        <w:t>’</w:t>
      </w:r>
      <w:r>
        <w:t xml:space="preserve">t been listening yet. </w:t>
      </w:r>
    </w:p>
    <w:p w14:paraId="6AB90EDF" w14:textId="77777777" w:rsidR="00B820B4" w:rsidRDefault="000C5FD7">
      <w:r>
        <w:br/>
        <w:t xml:space="preserve">Carla James is quite outspoken and </w:t>
      </w:r>
      <w:r>
        <w:br/>
        <w:t>con</w:t>
      </w:r>
      <w:r w:rsidR="00B820B4">
        <w:t>fi</w:t>
      </w:r>
      <w:r>
        <w:t>dent in expressing her views. It</w:t>
      </w:r>
      <w:r w:rsidR="00B820B4">
        <w:t>’</w:t>
      </w:r>
      <w:r>
        <w:t xml:space="preserve">s fun to </w:t>
      </w:r>
      <w:r>
        <w:br/>
        <w:t xml:space="preserve">watch when she gets going. </w:t>
      </w:r>
    </w:p>
    <w:p w14:paraId="6BF7009C" w14:textId="77777777" w:rsidR="00B820B4" w:rsidRDefault="000C5FD7">
      <w:r>
        <w:br/>
        <w:t>I don</w:t>
      </w:r>
      <w:r w:rsidR="00B820B4">
        <w:t>’</w:t>
      </w:r>
      <w:r>
        <w:t xml:space="preserve">t always agree with Vanessa Cole, but I </w:t>
      </w:r>
      <w:r>
        <w:br/>
        <w:t xml:space="preserve">respect her perspective. She got most of us to </w:t>
      </w:r>
      <w:r>
        <w:br/>
        <w:t xml:space="preserve">attend a district administration meeting last year when </w:t>
      </w:r>
      <w:r>
        <w:br/>
        <w:t>the district started staff reorganization</w:t>
      </w:r>
      <w:r w:rsidR="00B820B4">
        <w:t xml:space="preserve"> and threatened to outsource</w:t>
      </w:r>
      <w:r>
        <w:t xml:space="preserve">. </w:t>
      </w:r>
      <w:r w:rsidR="00B820B4">
        <w:br/>
      </w:r>
      <w:r>
        <w:t xml:space="preserve">They had to bring in more chairs! The district added </w:t>
      </w:r>
      <w:r w:rsidR="00B820B4">
        <w:t>ESP Workers</w:t>
      </w:r>
      <w:r>
        <w:t xml:space="preserve"> to </w:t>
      </w:r>
      <w:r>
        <w:br/>
        <w:t xml:space="preserve">the </w:t>
      </w:r>
      <w:r w:rsidR="00B820B4">
        <w:t>outsourcing</w:t>
      </w:r>
      <w:r>
        <w:t xml:space="preserve"> committee after that. </w:t>
      </w:r>
    </w:p>
    <w:p w14:paraId="570B98E7" w14:textId="77777777" w:rsidR="00B820B4" w:rsidRDefault="000C5FD7">
      <w:r>
        <w:br/>
        <w:t xml:space="preserve">Sabine Cirila and Feng Dalitso have the leadership qualities we need. </w:t>
      </w:r>
      <w:r>
        <w:br/>
        <w:t xml:space="preserve">But Sabine got the short end of the stick when they switched her </w:t>
      </w:r>
      <w:r>
        <w:br/>
      </w:r>
      <w:r w:rsidR="00B820B4">
        <w:t>bus routes</w:t>
      </w:r>
      <w:r>
        <w:t xml:space="preserve"> after 17 years</w:t>
      </w:r>
      <w:r w:rsidR="00B820B4">
        <w:t xml:space="preserve"> – </w:t>
      </w:r>
      <w:r>
        <w:t>it</w:t>
      </w:r>
      <w:r w:rsidR="00B820B4">
        <w:t>’</w:t>
      </w:r>
      <w:r>
        <w:t xml:space="preserve">s just another reminder of how little control </w:t>
      </w:r>
      <w:r>
        <w:br/>
        <w:t xml:space="preserve">we sometimes have over these decisions. Feng got all the paras to </w:t>
      </w:r>
      <w:r>
        <w:br/>
        <w:t xml:space="preserve">write letters to the district when that change happened. </w:t>
      </w:r>
      <w:r>
        <w:br/>
      </w:r>
    </w:p>
    <w:p w14:paraId="4635B554" w14:textId="11D0DA40" w:rsidR="003D12B9" w:rsidRDefault="00B820B4">
      <w:r>
        <w:t>I’ve</w:t>
      </w:r>
      <w:r w:rsidR="000C5FD7">
        <w:t xml:space="preserve"> noticed that some of the younger </w:t>
      </w:r>
      <w:r w:rsidR="000C5FD7">
        <w:br/>
        <w:t xml:space="preserve">education support professionals have a more casual </w:t>
      </w:r>
      <w:r w:rsidR="000C5FD7">
        <w:br/>
        <w:t xml:space="preserve">approach, which can sometimes make </w:t>
      </w:r>
      <w:r w:rsidR="000C5FD7">
        <w:br/>
        <w:t xml:space="preserve">it challenging to engage on certain topics. </w:t>
      </w:r>
      <w:r w:rsidR="000C5FD7">
        <w:br/>
      </w:r>
      <w:r w:rsidR="000C5FD7">
        <w:br/>
      </w:r>
      <w:r w:rsidR="000C5FD7">
        <w:br/>
      </w:r>
      <w:r w:rsidR="000C5FD7">
        <w:br w:type="page"/>
      </w:r>
    </w:p>
    <w:p w14:paraId="16131E13" w14:textId="53976EE6" w:rsidR="00B820B4" w:rsidRDefault="000C5FD7">
      <w:r>
        <w:lastRenderedPageBreak/>
        <w:t xml:space="preserve">Contact 5 </w:t>
      </w:r>
      <w:r>
        <w:br/>
        <w:t xml:space="preserve">Leah Parker </w:t>
      </w:r>
      <w:r>
        <w:br/>
        <w:t xml:space="preserve">Position: Bus Driver </w:t>
      </w:r>
      <w:r>
        <w:br/>
        <w:t xml:space="preserve">Time at worksite: 3 months </w:t>
      </w:r>
      <w:r>
        <w:br/>
        <w:t xml:space="preserve">Issues: Disrespect from the supervisor </w:t>
      </w:r>
      <w:r>
        <w:br/>
        <w:t xml:space="preserve"> </w:t>
      </w:r>
      <w:r>
        <w:br/>
        <w:t xml:space="preserve"> Just say the word, and I</w:t>
      </w:r>
      <w:r w:rsidR="00B820B4">
        <w:t>’</w:t>
      </w:r>
      <w:r>
        <w:t xml:space="preserve">ll rally the others to </w:t>
      </w:r>
      <w:r>
        <w:br/>
        <w:t>walk out. I don</w:t>
      </w:r>
      <w:r w:rsidR="00B820B4">
        <w:t>’</w:t>
      </w:r>
      <w:r>
        <w:t xml:space="preserve">t care </w:t>
      </w:r>
      <w:proofErr w:type="gramStart"/>
      <w:r>
        <w:t xml:space="preserve">if </w:t>
      </w:r>
      <w:r w:rsidR="00B820B4">
        <w:t xml:space="preserve"> the</w:t>
      </w:r>
      <w:proofErr w:type="gramEnd"/>
      <w:r w:rsidR="00B820B4">
        <w:t xml:space="preserve"> district is after me - </w:t>
      </w:r>
      <w:r>
        <w:t xml:space="preserve">I have </w:t>
      </w:r>
      <w:r>
        <w:br/>
        <w:t xml:space="preserve">been considering leaving </w:t>
      </w:r>
      <w:r w:rsidR="00B820B4">
        <w:t>this district</w:t>
      </w:r>
      <w:r>
        <w:t xml:space="preserve"> all year. </w:t>
      </w:r>
    </w:p>
    <w:p w14:paraId="5BF636CD" w14:textId="77777777" w:rsidR="003D0306" w:rsidRDefault="000C5FD7">
      <w:r>
        <w:br/>
        <w:t>It</w:t>
      </w:r>
      <w:r w:rsidR="003D0306">
        <w:t>'</w:t>
      </w:r>
      <w:r>
        <w:t xml:space="preserve">s time we </w:t>
      </w:r>
      <w:proofErr w:type="gramStart"/>
      <w:r>
        <w:t>stand</w:t>
      </w:r>
      <w:proofErr w:type="gramEnd"/>
      <w:r>
        <w:t xml:space="preserve"> up and show them we </w:t>
      </w:r>
      <w:r>
        <w:br/>
        <w:t>mean business.</w:t>
      </w:r>
      <w:r w:rsidR="003D0306">
        <w:t xml:space="preserve"> </w:t>
      </w:r>
      <w:r>
        <w:t>It</w:t>
      </w:r>
      <w:r w:rsidR="003D0306">
        <w:t>’</w:t>
      </w:r>
      <w:r>
        <w:t xml:space="preserve">s time we shake things up and take </w:t>
      </w:r>
      <w:r w:rsidR="003D0306">
        <w:br/>
      </w:r>
      <w:r>
        <w:t>real action</w:t>
      </w:r>
      <w:r w:rsidR="003D0306">
        <w:t xml:space="preserve"> - </w:t>
      </w:r>
      <w:r>
        <w:t xml:space="preserve">maybe a sick-out or something similar. The </w:t>
      </w:r>
      <w:r w:rsidR="003D0306">
        <w:br/>
      </w:r>
      <w:r>
        <w:t>supervisor</w:t>
      </w:r>
      <w:r w:rsidR="003D0306">
        <w:t>’</w:t>
      </w:r>
      <w:r>
        <w:t>s opinion won</w:t>
      </w:r>
      <w:r w:rsidR="003D0306">
        <w:t>’</w:t>
      </w:r>
      <w:r>
        <w:t>t stop us. It</w:t>
      </w:r>
      <w:r w:rsidR="003D0306">
        <w:t>’</w:t>
      </w:r>
      <w:r>
        <w:t xml:space="preserve">s time to send a </w:t>
      </w:r>
      <w:r w:rsidR="003D0306">
        <w:br/>
      </w:r>
      <w:r>
        <w:t>clear message to administration that we won</w:t>
      </w:r>
      <w:r w:rsidR="003D0306">
        <w:t>’</w:t>
      </w:r>
      <w:r>
        <w:t xml:space="preserve">t be ignored. </w:t>
      </w:r>
      <w:r>
        <w:br/>
      </w:r>
    </w:p>
    <w:p w14:paraId="6ED47325" w14:textId="77777777" w:rsidR="003D0306" w:rsidRDefault="000C5FD7">
      <w:r>
        <w:t>There</w:t>
      </w:r>
      <w:r w:rsidR="003D0306">
        <w:t>’</w:t>
      </w:r>
      <w:r>
        <w:t xml:space="preserve">s one woman, Sabine, who really stood out. </w:t>
      </w:r>
      <w:r>
        <w:br/>
        <w:t xml:space="preserve">When I </w:t>
      </w:r>
      <w:r w:rsidR="003D0306">
        <w:t>fi</w:t>
      </w:r>
      <w:r>
        <w:t xml:space="preserve">rst started, she was kind and </w:t>
      </w:r>
      <w:r>
        <w:br/>
        <w:t>welcoming</w:t>
      </w:r>
      <w:r w:rsidR="003D0306">
        <w:t xml:space="preserve"> - </w:t>
      </w:r>
      <w:r>
        <w:t xml:space="preserve">she made me feel like I belonged. We </w:t>
      </w:r>
      <w:r>
        <w:br/>
        <w:t xml:space="preserve">need more people like her to lead the way and </w:t>
      </w:r>
      <w:r>
        <w:br/>
        <w:t xml:space="preserve">bring us together. </w:t>
      </w:r>
    </w:p>
    <w:p w14:paraId="0447E4D7" w14:textId="7F935E59" w:rsidR="003D0306" w:rsidRDefault="000C5FD7">
      <w:r>
        <w:t>Who would I talk to? I don</w:t>
      </w:r>
      <w:r w:rsidR="003D0306">
        <w:t>’</w:t>
      </w:r>
      <w:r>
        <w:t xml:space="preserve">t even know their </w:t>
      </w:r>
      <w:r>
        <w:br/>
        <w:t>names</w:t>
      </w:r>
      <w:r w:rsidR="003D0306">
        <w:t>-</w:t>
      </w:r>
      <w:r>
        <w:t xml:space="preserve">just their faces. I barely talk to </w:t>
      </w:r>
      <w:r>
        <w:br/>
        <w:t xml:space="preserve">them because most of them act like </w:t>
      </w:r>
      <w:r>
        <w:br/>
        <w:t xml:space="preserve">mindless robots, just going along with </w:t>
      </w:r>
      <w:r>
        <w:br/>
        <w:t>whatever they</w:t>
      </w:r>
      <w:r w:rsidR="003D0306">
        <w:t>’</w:t>
      </w:r>
      <w:r>
        <w:t>re told. It</w:t>
      </w:r>
      <w:r w:rsidR="003D0306">
        <w:t>’</w:t>
      </w:r>
      <w:r>
        <w:t xml:space="preserve">s time to wake them </w:t>
      </w:r>
      <w:r>
        <w:br/>
        <w:t>up and shake this whole system down.</w:t>
      </w:r>
    </w:p>
    <w:p w14:paraId="41A6DD3E" w14:textId="77777777" w:rsidR="003D0306" w:rsidRDefault="000C5FD7">
      <w:r>
        <w:br/>
        <w:t xml:space="preserve">If we want change, we </w:t>
      </w:r>
      <w:proofErr w:type="gramStart"/>
      <w:r>
        <w:t>have to</w:t>
      </w:r>
      <w:proofErr w:type="gramEnd"/>
      <w:r>
        <w:t xml:space="preserve"> stand together and demand </w:t>
      </w:r>
      <w:r>
        <w:br/>
        <w:t>it. No more waiting, no more asking nicely. It</w:t>
      </w:r>
      <w:r w:rsidR="003D0306">
        <w:t>’</w:t>
      </w:r>
      <w:r>
        <w:t xml:space="preserve">s time to </w:t>
      </w:r>
      <w:r>
        <w:br/>
        <w:t>organize, to act, and to show the district that we</w:t>
      </w:r>
      <w:r w:rsidR="003D0306">
        <w:t>’</w:t>
      </w:r>
      <w:r>
        <w:t xml:space="preserve">re not </w:t>
      </w:r>
      <w:r>
        <w:br/>
        <w:t>backing down. Our power is in our unity</w:t>
      </w:r>
      <w:r w:rsidR="003D0306">
        <w:t xml:space="preserve"> - </w:t>
      </w:r>
      <w:r>
        <w:t xml:space="preserve">and when we </w:t>
      </w:r>
      <w:r>
        <w:br/>
        <w:t>move together, we can</w:t>
      </w:r>
      <w:r w:rsidR="003D0306">
        <w:t>’</w:t>
      </w:r>
      <w:r>
        <w:t>t be ignored.</w:t>
      </w:r>
      <w:r>
        <w:br/>
      </w:r>
    </w:p>
    <w:p w14:paraId="157A267E" w14:textId="3E4F343A" w:rsidR="003D12B9" w:rsidRDefault="000C5FD7">
      <w:r>
        <w:t xml:space="preserve">Other education support professionals ready to </w:t>
      </w:r>
      <w:proofErr w:type="gramStart"/>
      <w:r>
        <w:t>take action</w:t>
      </w:r>
      <w:proofErr w:type="gramEnd"/>
      <w:r>
        <w:t xml:space="preserve">? </w:t>
      </w:r>
      <w:r>
        <w:br/>
        <w:t>Names don</w:t>
      </w:r>
      <w:r w:rsidR="003D0306">
        <w:t>’</w:t>
      </w:r>
      <w:r>
        <w:t xml:space="preserve">t matter. When the call goes out, I know </w:t>
      </w:r>
      <w:r w:rsidR="003D0306">
        <w:t>I’ll</w:t>
      </w:r>
      <w:r>
        <w:t xml:space="preserve"> be </w:t>
      </w:r>
      <w:r w:rsidR="003D0306">
        <w:br/>
        <w:t>there and</w:t>
      </w:r>
      <w:r>
        <w:t xml:space="preserve"> so will everyone else. Together, we have the </w:t>
      </w:r>
      <w:r>
        <w:br/>
        <w:t xml:space="preserve">strength to make real change </w:t>
      </w:r>
      <w:proofErr w:type="gramStart"/>
      <w:r>
        <w:t xml:space="preserve">and </w:t>
      </w:r>
      <w:r w:rsidR="003D0306">
        <w:t xml:space="preserve"> </w:t>
      </w:r>
      <w:r>
        <w:t>demand</w:t>
      </w:r>
      <w:proofErr w:type="gramEnd"/>
      <w:r>
        <w:t xml:space="preserve"> the respect we deserve.</w:t>
      </w:r>
      <w:r>
        <w:br/>
      </w:r>
    </w:p>
    <w:p w14:paraId="6D13977A" w14:textId="60CF94DE" w:rsidR="003D0306" w:rsidRDefault="000C5FD7">
      <w:r>
        <w:lastRenderedPageBreak/>
        <w:t xml:space="preserve">Contact 6 </w:t>
      </w:r>
      <w:r>
        <w:br/>
        <w:t xml:space="preserve">Vanessa Cole  </w:t>
      </w:r>
      <w:r>
        <w:br/>
        <w:t xml:space="preserve">Position: </w:t>
      </w:r>
      <w:r w:rsidR="003D0306">
        <w:t xml:space="preserve">District Mail Distribution </w:t>
      </w:r>
      <w:r>
        <w:t xml:space="preserve"> </w:t>
      </w:r>
      <w:r>
        <w:br/>
        <w:t xml:space="preserve">Time at worksite: 11 years </w:t>
      </w:r>
      <w:r>
        <w:br/>
        <w:t>Issues: Frustration with top-down decisions and lack of communication from leadership, but wary of co</w:t>
      </w:r>
      <w:r w:rsidR="003D0306">
        <w:t>nfrontation.</w:t>
      </w:r>
      <w:r>
        <w:br/>
        <w:t xml:space="preserve"> </w:t>
      </w:r>
      <w:r>
        <w:br/>
        <w:t xml:space="preserve"> </w:t>
      </w:r>
      <w:r>
        <w:br/>
        <w:t>I believe in standing up for what</w:t>
      </w:r>
      <w:r w:rsidR="003D0306">
        <w:t>’</w:t>
      </w:r>
      <w:r>
        <w:t>s right</w:t>
      </w:r>
      <w:r w:rsidR="003D0306">
        <w:t xml:space="preserve"> -</w:t>
      </w:r>
      <w:r>
        <w:t xml:space="preserve">but </w:t>
      </w:r>
      <w:r>
        <w:br/>
        <w:t xml:space="preserve">we </w:t>
      </w:r>
      <w:proofErr w:type="gramStart"/>
      <w:r>
        <w:t>have to</w:t>
      </w:r>
      <w:proofErr w:type="gramEnd"/>
      <w:r>
        <w:t xml:space="preserve"> be strategic. Turning everything </w:t>
      </w:r>
      <w:r>
        <w:br/>
        <w:t>into a confrontation doesn</w:t>
      </w:r>
      <w:r w:rsidR="003D0306">
        <w:t>’</w:t>
      </w:r>
      <w:r>
        <w:t xml:space="preserve">t always help us in </w:t>
      </w:r>
      <w:r>
        <w:br/>
        <w:t xml:space="preserve">the long run. </w:t>
      </w:r>
    </w:p>
    <w:p w14:paraId="2CB1F64C" w14:textId="77777777" w:rsidR="003D0306" w:rsidRDefault="000C5FD7">
      <w:r>
        <w:br/>
        <w:t>There</w:t>
      </w:r>
      <w:r w:rsidR="003D0306">
        <w:t>’</w:t>
      </w:r>
      <w:r>
        <w:t>s real value in unity, but only if it</w:t>
      </w:r>
      <w:r w:rsidR="003D0306">
        <w:t>’</w:t>
      </w:r>
      <w:r>
        <w:t xml:space="preserve">s </w:t>
      </w:r>
      <w:r>
        <w:br/>
        <w:t xml:space="preserve">about improving outcomes for students and families </w:t>
      </w:r>
      <w:r>
        <w:br/>
        <w:t>and sta</w:t>
      </w:r>
      <w:r w:rsidR="003D0306">
        <w:t xml:space="preserve">ff - </w:t>
      </w:r>
      <w:r>
        <w:t xml:space="preserve">not just making noise. </w:t>
      </w:r>
      <w:r w:rsidR="003D0306">
        <w:t xml:space="preserve"> </w:t>
      </w:r>
      <w:r>
        <w:t>I</w:t>
      </w:r>
      <w:r w:rsidR="003D0306">
        <w:t xml:space="preserve">’ </w:t>
      </w:r>
      <w:proofErr w:type="spellStart"/>
      <w:r>
        <w:t>ll</w:t>
      </w:r>
      <w:proofErr w:type="spellEnd"/>
      <w:r>
        <w:t xml:space="preserve"> always support my </w:t>
      </w:r>
      <w:r w:rsidR="003D0306">
        <w:br/>
      </w:r>
      <w:r>
        <w:t>coworkers</w:t>
      </w:r>
      <w:r w:rsidR="003D0306">
        <w:t xml:space="preserve"> -</w:t>
      </w:r>
      <w:r>
        <w:t>but I</w:t>
      </w:r>
      <w:r w:rsidR="003D0306">
        <w:t>’</w:t>
      </w:r>
      <w:r>
        <w:t xml:space="preserve">m not interested in union politics or power </w:t>
      </w:r>
      <w:r>
        <w:br/>
        <w:t xml:space="preserve">plays. </w:t>
      </w:r>
    </w:p>
    <w:p w14:paraId="6C48B425" w14:textId="77777777" w:rsidR="003D0306" w:rsidRDefault="000C5FD7">
      <w:r>
        <w:br/>
        <w:t>We got the district</w:t>
      </w:r>
      <w:r w:rsidR="003D0306">
        <w:t>’</w:t>
      </w:r>
      <w:r>
        <w:t xml:space="preserve">s attention last year by </w:t>
      </w:r>
      <w:r>
        <w:br/>
        <w:t xml:space="preserve">showing up professionally, not by walking </w:t>
      </w:r>
      <w:r>
        <w:br/>
        <w:t>out. That</w:t>
      </w:r>
      <w:r w:rsidR="003D0306">
        <w:t>’</w:t>
      </w:r>
      <w:r>
        <w:t xml:space="preserve">s the kind of action I support. </w:t>
      </w:r>
    </w:p>
    <w:p w14:paraId="4B7B53AD" w14:textId="7785818E" w:rsidR="003D0306" w:rsidRDefault="000C5FD7">
      <w:r>
        <w:br/>
        <w:t xml:space="preserve">Romeo and the younger education support professionals bring </w:t>
      </w:r>
      <w:r w:rsidR="003D0306">
        <w:br/>
      </w:r>
      <w:r>
        <w:t>a lot of energy, which is great</w:t>
      </w:r>
      <w:r w:rsidR="003D0306">
        <w:t>-</w:t>
      </w:r>
      <w:r>
        <w:t xml:space="preserve">but sometimes I wish </w:t>
      </w:r>
      <w:r>
        <w:br/>
        <w:t>they</w:t>
      </w:r>
      <w:r w:rsidR="003D0306">
        <w:t>’</w:t>
      </w:r>
      <w:r>
        <w:t xml:space="preserve">d think things through before jumping into </w:t>
      </w:r>
      <w:r>
        <w:br/>
        <w:t>action. Passion</w:t>
      </w:r>
      <w:r w:rsidR="003D0306">
        <w:t>’</w:t>
      </w:r>
      <w:r>
        <w:t xml:space="preserve">s important but so is planning. </w:t>
      </w:r>
    </w:p>
    <w:p w14:paraId="4BE6DCFA" w14:textId="374D25E8" w:rsidR="003D12B9" w:rsidRDefault="000C5FD7">
      <w:r>
        <w:br/>
        <w:t>Sabine</w:t>
      </w:r>
      <w:r w:rsidR="003D0306">
        <w:t>’</w:t>
      </w:r>
      <w:r>
        <w:t>s been through a lot this year, but she</w:t>
      </w:r>
      <w:r w:rsidR="003D0306">
        <w:t>’</w:t>
      </w:r>
      <w:r>
        <w:t xml:space="preserve">s handled it with </w:t>
      </w:r>
      <w:r>
        <w:br/>
        <w:t xml:space="preserve">real grace. People underestimate how much she holds this place </w:t>
      </w:r>
      <w:r>
        <w:br/>
        <w:t xml:space="preserve">together behind the scenes. </w:t>
      </w:r>
      <w:r>
        <w:br/>
      </w:r>
    </w:p>
    <w:p w14:paraId="0434124A" w14:textId="77777777" w:rsidR="003D0306" w:rsidRDefault="003D0306"/>
    <w:p w14:paraId="240CFFF2" w14:textId="77777777" w:rsidR="003D0306" w:rsidRDefault="003D0306"/>
    <w:p w14:paraId="69992DE4" w14:textId="77777777" w:rsidR="003D0306" w:rsidRDefault="003D0306"/>
    <w:p w14:paraId="0DC53BF2" w14:textId="77777777" w:rsidR="003D0306" w:rsidRDefault="003D0306"/>
    <w:p w14:paraId="73AB1ACF" w14:textId="0DEBE09D" w:rsidR="003D0306" w:rsidRDefault="000C5FD7">
      <w:r>
        <w:lastRenderedPageBreak/>
        <w:t xml:space="preserve">Contact 7 </w:t>
      </w:r>
      <w:r>
        <w:br/>
        <w:t xml:space="preserve">Carla James </w:t>
      </w:r>
      <w:r>
        <w:br/>
        <w:t xml:space="preserve">Position: Food Service Worker </w:t>
      </w:r>
      <w:r>
        <w:br/>
        <w:t xml:space="preserve">Time at worksite: 6 years </w:t>
      </w:r>
      <w:r>
        <w:br/>
        <w:t xml:space="preserve">Issues: </w:t>
      </w:r>
      <w:r w:rsidR="003D0306">
        <w:t>ESP</w:t>
      </w:r>
      <w:r>
        <w:t xml:space="preserve"> being overlooked in decision-making; leadership playing favorites </w:t>
      </w:r>
      <w:r>
        <w:br/>
        <w:t xml:space="preserve"> </w:t>
      </w:r>
      <w:r>
        <w:br/>
        <w:t xml:space="preserve">  </w:t>
      </w:r>
      <w:r>
        <w:br/>
        <w:t>I support the union 100%, but that doesn</w:t>
      </w:r>
      <w:r w:rsidR="003D0306">
        <w:t>’</w:t>
      </w:r>
      <w:r>
        <w:t xml:space="preserve">t mean </w:t>
      </w:r>
      <w:r>
        <w:br/>
        <w:t xml:space="preserve">we need to be picking </w:t>
      </w:r>
      <w:r w:rsidR="003D0306">
        <w:t>fi</w:t>
      </w:r>
      <w:r>
        <w:t xml:space="preserve">ghts every day. Show up, </w:t>
      </w:r>
      <w:r>
        <w:br/>
        <w:t>know your work agreement, do your job</w:t>
      </w:r>
      <w:r w:rsidR="003D0306">
        <w:t xml:space="preserve"> – </w:t>
      </w:r>
      <w:r>
        <w:t>that</w:t>
      </w:r>
      <w:r w:rsidR="003D0306">
        <w:t>’</w:t>
      </w:r>
      <w:r>
        <w:t xml:space="preserve">s how we </w:t>
      </w:r>
      <w:r>
        <w:br/>
        <w:t xml:space="preserve">get respect. </w:t>
      </w:r>
    </w:p>
    <w:p w14:paraId="57F21CD1" w14:textId="77777777" w:rsidR="003D0306" w:rsidRDefault="000C5FD7">
      <w:r>
        <w:br/>
        <w:t>Look, if you</w:t>
      </w:r>
      <w:r w:rsidR="003D0306">
        <w:t>’</w:t>
      </w:r>
      <w:r>
        <w:t>re always yelling, no one listens. There</w:t>
      </w:r>
      <w:r w:rsidR="003D0306">
        <w:t>’</w:t>
      </w:r>
      <w:r>
        <w:t xml:space="preserve">s a time to </w:t>
      </w:r>
      <w:r>
        <w:br/>
        <w:t xml:space="preserve">speak up and </w:t>
      </w:r>
      <w:proofErr w:type="gramStart"/>
      <w:r>
        <w:t>a time</w:t>
      </w:r>
      <w:proofErr w:type="gramEnd"/>
      <w:r>
        <w:t xml:space="preserve"> to sit down and get the work done. </w:t>
      </w:r>
      <w:r>
        <w:br/>
        <w:t>Management isn</w:t>
      </w:r>
      <w:r w:rsidR="003D0306">
        <w:t>’</w:t>
      </w:r>
      <w:r>
        <w:t xml:space="preserve">t the enemy. Some people </w:t>
      </w:r>
      <w:r>
        <w:br/>
        <w:t xml:space="preserve">make it personal, and that just creates </w:t>
      </w:r>
      <w:r>
        <w:br/>
        <w:t xml:space="preserve">drama. You can advocate for your rights </w:t>
      </w:r>
      <w:r>
        <w:br/>
        <w:t xml:space="preserve">without making things ugly. </w:t>
      </w:r>
    </w:p>
    <w:p w14:paraId="7F059E06" w14:textId="77777777" w:rsidR="003D0306" w:rsidRDefault="000C5FD7">
      <w:r>
        <w:br/>
        <w:t>Leah</w:t>
      </w:r>
      <w:r w:rsidR="003D0306">
        <w:t>’</w:t>
      </w:r>
      <w:r>
        <w:t>s got guts, I</w:t>
      </w:r>
      <w:r w:rsidR="003D0306">
        <w:t>’</w:t>
      </w:r>
      <w:r>
        <w:t xml:space="preserve">ll give her that. But </w:t>
      </w:r>
      <w:r>
        <w:br/>
        <w:t xml:space="preserve">charging without a plan just gives them a </w:t>
      </w:r>
      <w:r>
        <w:br/>
        <w:t xml:space="preserve">reason not to take us seriously. </w:t>
      </w:r>
    </w:p>
    <w:p w14:paraId="3F552D44" w14:textId="77777777" w:rsidR="003D0306" w:rsidRDefault="000C5FD7">
      <w:r>
        <w:t xml:space="preserve"> </w:t>
      </w:r>
      <w:r>
        <w:br/>
        <w:t>Feng</w:t>
      </w:r>
      <w:r w:rsidR="003D0306">
        <w:t>’</w:t>
      </w:r>
      <w:r>
        <w:t>s smart and steady</w:t>
      </w:r>
      <w:r w:rsidR="003D0306">
        <w:t xml:space="preserve"> - </w:t>
      </w:r>
      <w:r>
        <w:t xml:space="preserve">someone people </w:t>
      </w:r>
      <w:r>
        <w:br/>
        <w:t>naturally listen to. I just wish she</w:t>
      </w:r>
      <w:r w:rsidR="003D0306">
        <w:t>’</w:t>
      </w:r>
      <w:r>
        <w:t xml:space="preserve">d stop </w:t>
      </w:r>
      <w:r>
        <w:br/>
        <w:t xml:space="preserve">waiting for permission to act. Respect </w:t>
      </w:r>
      <w:r>
        <w:br/>
        <w:t>doesn</w:t>
      </w:r>
      <w:r w:rsidR="003D0306">
        <w:t>’</w:t>
      </w:r>
      <w:r>
        <w:t xml:space="preserve">t always come quietly. </w:t>
      </w:r>
    </w:p>
    <w:p w14:paraId="20A894D2" w14:textId="768A353A" w:rsidR="003D12B9" w:rsidRDefault="000C5FD7">
      <w:r>
        <w:br/>
        <w:t>There</w:t>
      </w:r>
      <w:r w:rsidR="003D0306">
        <w:t>’</w:t>
      </w:r>
      <w:r>
        <w:t xml:space="preserve">s no excuse for being </w:t>
      </w:r>
      <w:r>
        <w:br/>
        <w:t>unprepared or lazy</w:t>
      </w:r>
      <w:r w:rsidR="003D0306">
        <w:t xml:space="preserve"> - </w:t>
      </w:r>
      <w:r>
        <w:t xml:space="preserve">union or not. </w:t>
      </w:r>
      <w:r>
        <w:br/>
        <w:t xml:space="preserve">You want to be taken seriously? </w:t>
      </w:r>
      <w:r>
        <w:br/>
        <w:t xml:space="preserve">Then be the kind of worker they </w:t>
      </w:r>
      <w:r>
        <w:br/>
      </w:r>
      <w:proofErr w:type="gramStart"/>
      <w:r>
        <w:t>have to</w:t>
      </w:r>
      <w:proofErr w:type="gramEnd"/>
      <w:r>
        <w:t xml:space="preserve"> take seriously. </w:t>
      </w:r>
      <w:r>
        <w:br/>
      </w:r>
      <w:r>
        <w:br/>
      </w:r>
    </w:p>
    <w:sectPr w:rsidR="003D12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143506">
    <w:abstractNumId w:val="8"/>
  </w:num>
  <w:num w:numId="2" w16cid:durableId="618493291">
    <w:abstractNumId w:val="6"/>
  </w:num>
  <w:num w:numId="3" w16cid:durableId="1502312645">
    <w:abstractNumId w:val="5"/>
  </w:num>
  <w:num w:numId="4" w16cid:durableId="1462066097">
    <w:abstractNumId w:val="4"/>
  </w:num>
  <w:num w:numId="5" w16cid:durableId="1526871834">
    <w:abstractNumId w:val="7"/>
  </w:num>
  <w:num w:numId="6" w16cid:durableId="1931621758">
    <w:abstractNumId w:val="3"/>
  </w:num>
  <w:num w:numId="7" w16cid:durableId="308948889">
    <w:abstractNumId w:val="2"/>
  </w:num>
  <w:num w:numId="8" w16cid:durableId="54358728">
    <w:abstractNumId w:val="1"/>
  </w:num>
  <w:num w:numId="9" w16cid:durableId="3100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FD7"/>
    <w:rsid w:val="0015074B"/>
    <w:rsid w:val="0029639D"/>
    <w:rsid w:val="00326F90"/>
    <w:rsid w:val="003D0306"/>
    <w:rsid w:val="003D12B9"/>
    <w:rsid w:val="00533892"/>
    <w:rsid w:val="00600ED3"/>
    <w:rsid w:val="00842117"/>
    <w:rsid w:val="00AA1D8D"/>
    <w:rsid w:val="00B47730"/>
    <w:rsid w:val="00B820B4"/>
    <w:rsid w:val="00CB0664"/>
    <w:rsid w:val="00F923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ED49CCC-6A38-4FE1-859F-84E708E6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558B35-AECF-4942-9398-70515DC7A359}"/>
</file>

<file path=customXml/itemProps3.xml><?xml version="1.0" encoding="utf-8"?>
<ds:datastoreItem xmlns:ds="http://schemas.openxmlformats.org/officeDocument/2006/customXml" ds:itemID="{03681BDC-2E58-47AE-9E8F-3C9E9EADC1EE}"/>
</file>

<file path=customXml/itemProps4.xml><?xml version="1.0" encoding="utf-8"?>
<ds:datastoreItem xmlns:ds="http://schemas.openxmlformats.org/officeDocument/2006/customXml" ds:itemID="{9AD4C365-B87C-4ED1-9A5F-94CE9C5DC1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1586</Words>
  <Characters>7348</Characters>
  <Application>Microsoft Office Word</Application>
  <DocSecurity>0</DocSecurity>
  <Lines>282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Holmes, Ellen [NEA]</cp:lastModifiedBy>
  <cp:revision>4</cp:revision>
  <dcterms:created xsi:type="dcterms:W3CDTF">2013-12-23T23:15:00Z</dcterms:created>
  <dcterms:modified xsi:type="dcterms:W3CDTF">2025-10-21T01:32:00Z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